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4" w:type="dxa"/>
        <w:jc w:val="center"/>
        <w:tblBorders>
          <w:top w:val="nil"/>
          <w:left w:val="nil"/>
          <w:bottom w:val="nil"/>
          <w:right w:val="nil"/>
          <w:insideH w:val="nil"/>
          <w:insideV w:val="nil"/>
        </w:tblBorders>
        <w:tblLayout w:type="fixed"/>
        <w:tblLook w:val="04A0" w:firstRow="1" w:lastRow="0" w:firstColumn="1" w:lastColumn="0" w:noHBand="0" w:noVBand="1"/>
      </w:tblPr>
      <w:tblGrid>
        <w:gridCol w:w="563"/>
        <w:gridCol w:w="912"/>
        <w:gridCol w:w="457"/>
        <w:gridCol w:w="1152"/>
        <w:gridCol w:w="617"/>
        <w:gridCol w:w="1405"/>
        <w:gridCol w:w="1260"/>
        <w:gridCol w:w="1230"/>
        <w:gridCol w:w="722"/>
        <w:gridCol w:w="1403"/>
        <w:gridCol w:w="733"/>
      </w:tblGrid>
      <w:tr w:rsidR="00575ABF" w14:paraId="4054FD48" w14:textId="77777777">
        <w:trPr>
          <w:gridAfter w:val="1"/>
          <w:wAfter w:w="216" w:type="dxa"/>
          <w:trHeight w:val="2995"/>
          <w:jc w:val="center"/>
        </w:trPr>
        <w:tc>
          <w:tcPr>
            <w:tcW w:w="6840" w:type="dxa"/>
            <w:gridSpan w:val="7"/>
            <w:shd w:val="clear" w:color="auto" w:fill="14213D"/>
            <w:tcMar>
              <w:top w:w="110" w:type="dxa"/>
              <w:left w:w="220" w:type="dxa"/>
              <w:bottom w:w="110" w:type="dxa"/>
              <w:right w:w="180" w:type="dxa"/>
            </w:tcMar>
            <w:vAlign w:val="center"/>
          </w:tcPr>
          <w:p w14:paraId="16A017D0" w14:textId="77777777" w:rsidR="00575ABF" w:rsidRDefault="0052742C">
            <w:pPr>
              <w:spacing w:after="0" w:line="240" w:lineRule="auto"/>
            </w:pPr>
            <w:r>
              <w:rPr>
                <w:rFonts w:ascii="Arial" w:eastAsia="Arial" w:hAnsi="Arial" w:cs="Arial"/>
                <w:b/>
                <w:color w:val="FFFFFF"/>
                <w:sz w:val="42"/>
              </w:rPr>
              <w:t>BORO BONEDAWGS</w:t>
            </w:r>
          </w:p>
          <w:p w14:paraId="16BE576A" w14:textId="77777777" w:rsidR="00575ABF" w:rsidRDefault="0052742C">
            <w:pPr>
              <w:spacing w:after="0" w:line="240" w:lineRule="auto"/>
            </w:pPr>
            <w:r>
              <w:rPr>
                <w:rFonts w:ascii="Arial" w:eastAsia="Arial" w:hAnsi="Arial" w:cs="Arial"/>
                <w:b/>
                <w:color w:val="E8ECF4"/>
                <w:sz w:val="23"/>
              </w:rPr>
              <w:t>9U TRAVEL BASEBALL</w:t>
            </w:r>
          </w:p>
          <w:p w14:paraId="1F2C309C" w14:textId="77777777" w:rsidR="00575ABF" w:rsidRDefault="0052742C">
            <w:pPr>
              <w:spacing w:before="10" w:after="0" w:line="240" w:lineRule="auto"/>
            </w:pPr>
            <w:r>
              <w:rPr>
                <w:rFonts w:ascii="Arial" w:eastAsia="Arial" w:hAnsi="Arial" w:cs="Arial"/>
                <w:b/>
                <w:color w:val="F0C8CE"/>
                <w:sz w:val="21"/>
              </w:rPr>
              <w:t>OFFICIAL FOUNDING SPONSOR REQUEST</w:t>
            </w:r>
          </w:p>
        </w:tc>
        <w:tc>
          <w:tcPr>
            <w:tcW w:w="3614" w:type="dxa"/>
            <w:gridSpan w:val="3"/>
            <w:shd w:val="clear" w:color="auto" w:fill="FFFFFF"/>
            <w:tcMar>
              <w:top w:w="35" w:type="dxa"/>
              <w:left w:w="40" w:type="dxa"/>
              <w:bottom w:w="35" w:type="dxa"/>
              <w:right w:w="40" w:type="dxa"/>
            </w:tcMar>
            <w:vAlign w:val="center"/>
          </w:tcPr>
          <w:p w14:paraId="7D51A5DD" w14:textId="77777777" w:rsidR="00575ABF" w:rsidRDefault="0052742C">
            <w:pPr>
              <w:spacing w:after="0"/>
              <w:jc w:val="center"/>
            </w:pPr>
            <w:r>
              <w:rPr>
                <w:noProof/>
              </w:rPr>
              <w:drawing>
                <wp:inline distT="0" distB="0" distL="0" distR="0" wp14:anchorId="5D59017A" wp14:editId="3A9A8F45">
                  <wp:extent cx="1353312" cy="1783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edawgs_logo_cropped_final.png"/>
                          <pic:cNvPicPr/>
                        </pic:nvPicPr>
                        <pic:blipFill>
                          <a:blip r:embed="rId8"/>
                          <a:stretch>
                            <a:fillRect/>
                          </a:stretch>
                        </pic:blipFill>
                        <pic:spPr>
                          <a:xfrm>
                            <a:off x="0" y="0"/>
                            <a:ext cx="1353312" cy="1783255"/>
                          </a:xfrm>
                          <a:prstGeom prst="rect">
                            <a:avLst/>
                          </a:prstGeom>
                        </pic:spPr>
                      </pic:pic>
                    </a:graphicData>
                  </a:graphic>
                </wp:inline>
              </w:drawing>
            </w:r>
          </w:p>
        </w:tc>
      </w:tr>
      <w:tr w:rsidR="00575ABF" w14:paraId="093E1B9E" w14:textId="77777777">
        <w:trPr>
          <w:trHeight w:hRule="exact" w:val="94"/>
          <w:jc w:val="center"/>
        </w:trPr>
        <w:tc>
          <w:tcPr>
            <w:tcW w:w="604" w:type="dxa"/>
            <w:shd w:val="clear" w:color="auto" w:fill="7A1F2B"/>
            <w:tcMar>
              <w:top w:w="0" w:type="dxa"/>
              <w:left w:w="0" w:type="dxa"/>
              <w:bottom w:w="0" w:type="dxa"/>
              <w:right w:w="0" w:type="dxa"/>
            </w:tcMar>
          </w:tcPr>
          <w:p w14:paraId="17857F83" w14:textId="77777777" w:rsidR="00575ABF" w:rsidRDefault="00575ABF">
            <w:pPr>
              <w:spacing w:after="0" w:line="240" w:lineRule="auto"/>
            </w:pPr>
          </w:p>
        </w:tc>
        <w:tc>
          <w:tcPr>
            <w:tcW w:w="979" w:type="dxa"/>
            <w:shd w:val="clear" w:color="auto" w:fill="7A1F2B"/>
            <w:tcMar>
              <w:top w:w="0" w:type="dxa"/>
              <w:left w:w="0" w:type="dxa"/>
              <w:bottom w:w="0" w:type="dxa"/>
              <w:right w:w="0" w:type="dxa"/>
            </w:tcMar>
          </w:tcPr>
          <w:p w14:paraId="77797B96" w14:textId="77777777" w:rsidR="00575ABF" w:rsidRDefault="00575ABF">
            <w:pPr>
              <w:spacing w:after="0" w:line="240" w:lineRule="auto"/>
            </w:pPr>
          </w:p>
        </w:tc>
        <w:tc>
          <w:tcPr>
            <w:tcW w:w="489" w:type="dxa"/>
            <w:shd w:val="clear" w:color="auto" w:fill="7A1F2B"/>
            <w:tcMar>
              <w:top w:w="0" w:type="dxa"/>
              <w:left w:w="0" w:type="dxa"/>
              <w:bottom w:w="0" w:type="dxa"/>
              <w:right w:w="0" w:type="dxa"/>
            </w:tcMar>
          </w:tcPr>
          <w:p w14:paraId="0A870FC6" w14:textId="77777777" w:rsidR="00575ABF" w:rsidRDefault="00575ABF">
            <w:pPr>
              <w:spacing w:after="0" w:line="240" w:lineRule="auto"/>
            </w:pPr>
          </w:p>
        </w:tc>
        <w:tc>
          <w:tcPr>
            <w:tcW w:w="1238" w:type="dxa"/>
            <w:shd w:val="clear" w:color="auto" w:fill="7A1F2B"/>
            <w:tcMar>
              <w:top w:w="0" w:type="dxa"/>
              <w:left w:w="0" w:type="dxa"/>
              <w:bottom w:w="0" w:type="dxa"/>
              <w:right w:w="0" w:type="dxa"/>
            </w:tcMar>
          </w:tcPr>
          <w:p w14:paraId="7A74D028" w14:textId="77777777" w:rsidR="00575ABF" w:rsidRDefault="00575ABF">
            <w:pPr>
              <w:spacing w:after="0" w:line="240" w:lineRule="auto"/>
            </w:pPr>
          </w:p>
        </w:tc>
        <w:tc>
          <w:tcPr>
            <w:tcW w:w="662" w:type="dxa"/>
            <w:shd w:val="clear" w:color="auto" w:fill="7A1F2B"/>
            <w:tcMar>
              <w:top w:w="0" w:type="dxa"/>
              <w:left w:w="0" w:type="dxa"/>
              <w:bottom w:w="0" w:type="dxa"/>
              <w:right w:w="0" w:type="dxa"/>
            </w:tcMar>
          </w:tcPr>
          <w:p w14:paraId="6E627555" w14:textId="77777777" w:rsidR="00575ABF" w:rsidRDefault="00575ABF">
            <w:pPr>
              <w:spacing w:after="0" w:line="240" w:lineRule="auto"/>
            </w:pPr>
          </w:p>
        </w:tc>
        <w:tc>
          <w:tcPr>
            <w:tcW w:w="1512" w:type="dxa"/>
            <w:shd w:val="clear" w:color="auto" w:fill="7A1F2B"/>
            <w:tcMar>
              <w:top w:w="0" w:type="dxa"/>
              <w:left w:w="0" w:type="dxa"/>
              <w:bottom w:w="0" w:type="dxa"/>
              <w:right w:w="0" w:type="dxa"/>
            </w:tcMar>
          </w:tcPr>
          <w:p w14:paraId="523C1FCF" w14:textId="77777777" w:rsidR="00575ABF" w:rsidRDefault="00575ABF">
            <w:pPr>
              <w:spacing w:after="0" w:line="240" w:lineRule="auto"/>
            </w:pPr>
          </w:p>
        </w:tc>
        <w:tc>
          <w:tcPr>
            <w:tcW w:w="475" w:type="dxa"/>
            <w:shd w:val="clear" w:color="auto" w:fill="7A1F2B"/>
            <w:tcMar>
              <w:top w:w="0" w:type="dxa"/>
              <w:left w:w="0" w:type="dxa"/>
              <w:bottom w:w="0" w:type="dxa"/>
              <w:right w:w="0" w:type="dxa"/>
            </w:tcMar>
          </w:tcPr>
          <w:p w14:paraId="679D319F" w14:textId="77777777" w:rsidR="00575ABF" w:rsidRDefault="00575ABF">
            <w:pPr>
              <w:spacing w:after="0" w:line="240" w:lineRule="auto"/>
            </w:pPr>
          </w:p>
        </w:tc>
        <w:tc>
          <w:tcPr>
            <w:tcW w:w="1324" w:type="dxa"/>
            <w:shd w:val="clear" w:color="auto" w:fill="7A1F2B"/>
            <w:tcMar>
              <w:top w:w="0" w:type="dxa"/>
              <w:left w:w="0" w:type="dxa"/>
              <w:bottom w:w="0" w:type="dxa"/>
              <w:right w:w="0" w:type="dxa"/>
            </w:tcMar>
          </w:tcPr>
          <w:p w14:paraId="14859068" w14:textId="77777777" w:rsidR="00575ABF" w:rsidRDefault="00575ABF">
            <w:pPr>
              <w:spacing w:after="0" w:line="240" w:lineRule="auto"/>
            </w:pPr>
          </w:p>
        </w:tc>
        <w:tc>
          <w:tcPr>
            <w:tcW w:w="777" w:type="dxa"/>
            <w:shd w:val="clear" w:color="auto" w:fill="7A1F2B"/>
            <w:tcMar>
              <w:top w:w="0" w:type="dxa"/>
              <w:left w:w="0" w:type="dxa"/>
              <w:bottom w:w="0" w:type="dxa"/>
              <w:right w:w="0" w:type="dxa"/>
            </w:tcMar>
          </w:tcPr>
          <w:p w14:paraId="6301B1FB" w14:textId="77777777" w:rsidR="00575ABF" w:rsidRDefault="00575ABF">
            <w:pPr>
              <w:spacing w:after="0" w:line="240" w:lineRule="auto"/>
            </w:pPr>
          </w:p>
        </w:tc>
        <w:tc>
          <w:tcPr>
            <w:tcW w:w="2304" w:type="dxa"/>
            <w:gridSpan w:val="2"/>
            <w:shd w:val="clear" w:color="auto" w:fill="7A1F2B"/>
            <w:tcMar>
              <w:top w:w="0" w:type="dxa"/>
              <w:left w:w="0" w:type="dxa"/>
              <w:bottom w:w="0" w:type="dxa"/>
              <w:right w:w="0" w:type="dxa"/>
            </w:tcMar>
          </w:tcPr>
          <w:p w14:paraId="5315DFF8" w14:textId="77777777" w:rsidR="00575ABF" w:rsidRDefault="00575ABF">
            <w:pPr>
              <w:spacing w:after="0" w:line="240" w:lineRule="auto"/>
            </w:pPr>
          </w:p>
        </w:tc>
      </w:tr>
    </w:tbl>
    <w:p w14:paraId="2EB62CCE" w14:textId="77777777" w:rsidR="00575ABF" w:rsidRDefault="00575ABF">
      <w:pPr>
        <w:spacing w:after="0" w:line="24" w:lineRule="auto"/>
      </w:pPr>
    </w:p>
    <w:p w14:paraId="1DE19B5A" w14:textId="77777777" w:rsidR="00575ABF" w:rsidRDefault="0052742C">
      <w:pPr>
        <w:keepNext/>
        <w:spacing w:before="40" w:after="20" w:line="240" w:lineRule="auto"/>
      </w:pPr>
      <w:r>
        <w:rPr>
          <w:b/>
          <w:color w:val="14213D"/>
          <w:sz w:val="30"/>
        </w:rPr>
        <w:t>OFFICIAL BUSINESS SPONSORSHIP REQUEST</w:t>
      </w:r>
    </w:p>
    <w:p w14:paraId="73118E3B" w14:textId="77777777" w:rsidR="00575ABF" w:rsidRDefault="0052742C">
      <w:pPr>
        <w:keepNext/>
        <w:spacing w:after="140" w:line="240" w:lineRule="auto"/>
      </w:pPr>
      <w:r>
        <w:rPr>
          <w:b/>
          <w:color w:val="B5212E"/>
          <w:sz w:val="21"/>
        </w:rPr>
        <w:t>Help Launch the Inaugural Season of the Boro Bonedawgs 9U</w:t>
      </w:r>
    </w:p>
    <w:tbl>
      <w:tblPr>
        <w:tblW w:w="0" w:type="auto"/>
        <w:jc w:val="center"/>
        <w:tblBorders>
          <w:top w:val="single" w:sz="5" w:space="0" w:color="C9CED8"/>
          <w:left w:val="single" w:sz="5" w:space="0" w:color="C9CED8"/>
          <w:bottom w:val="single" w:sz="5" w:space="0" w:color="C9CED8"/>
          <w:right w:val="single" w:sz="5" w:space="0" w:color="C9CED8"/>
          <w:insideH w:val="single" w:sz="5" w:space="0" w:color="C9CED8"/>
          <w:insideV w:val="single" w:sz="5" w:space="0" w:color="C9CED8"/>
        </w:tblBorders>
        <w:tblLayout w:type="fixed"/>
        <w:tblLook w:val="04A0" w:firstRow="1" w:lastRow="0" w:firstColumn="1" w:lastColumn="0" w:noHBand="0" w:noVBand="1"/>
      </w:tblPr>
      <w:tblGrid>
        <w:gridCol w:w="6983"/>
        <w:gridCol w:w="3384"/>
      </w:tblGrid>
      <w:tr w:rsidR="00575ABF" w14:paraId="3910F016" w14:textId="77777777">
        <w:trPr>
          <w:jc w:val="center"/>
        </w:trPr>
        <w:tc>
          <w:tcPr>
            <w:tcW w:w="6983" w:type="dxa"/>
            <w:shd w:val="clear" w:color="auto" w:fill="F8F4EA"/>
            <w:tcMar>
              <w:top w:w="78" w:type="dxa"/>
              <w:left w:w="100" w:type="dxa"/>
              <w:bottom w:w="78" w:type="dxa"/>
              <w:right w:w="100" w:type="dxa"/>
            </w:tcMar>
          </w:tcPr>
          <w:p w14:paraId="038A52AA" w14:textId="77777777" w:rsidR="00575ABF" w:rsidRDefault="0052742C">
            <w:pPr>
              <w:spacing w:after="0" w:line="240" w:lineRule="auto"/>
            </w:pPr>
            <w:r>
              <w:rPr>
                <w:b/>
                <w:color w:val="14213D"/>
                <w:sz w:val="18"/>
              </w:rPr>
              <w:t xml:space="preserve">Prepared for: </w:t>
            </w:r>
            <w:r>
              <w:rPr>
                <w:color w:val="667080"/>
                <w:sz w:val="18"/>
              </w:rPr>
              <w:t>[Business Name]</w:t>
            </w:r>
          </w:p>
        </w:tc>
        <w:tc>
          <w:tcPr>
            <w:tcW w:w="3384" w:type="dxa"/>
            <w:shd w:val="clear" w:color="auto" w:fill="F8F4EA"/>
            <w:tcMar>
              <w:top w:w="78" w:type="dxa"/>
              <w:left w:w="100" w:type="dxa"/>
              <w:bottom w:w="78" w:type="dxa"/>
              <w:right w:w="100" w:type="dxa"/>
            </w:tcMar>
          </w:tcPr>
          <w:p w14:paraId="6C920684" w14:textId="77777777" w:rsidR="00575ABF" w:rsidRDefault="0052742C">
            <w:pPr>
              <w:spacing w:after="0" w:line="240" w:lineRule="auto"/>
            </w:pPr>
            <w:r>
              <w:rPr>
                <w:b/>
                <w:color w:val="14213D"/>
                <w:sz w:val="18"/>
              </w:rPr>
              <w:t xml:space="preserve">Date: </w:t>
            </w:r>
            <w:r>
              <w:rPr>
                <w:color w:val="667080"/>
                <w:sz w:val="18"/>
              </w:rPr>
              <w:t>[Insert Date]</w:t>
            </w:r>
          </w:p>
        </w:tc>
      </w:tr>
      <w:tr w:rsidR="00575ABF" w14:paraId="4830BDBD" w14:textId="77777777">
        <w:trPr>
          <w:jc w:val="center"/>
        </w:trPr>
        <w:tc>
          <w:tcPr>
            <w:tcW w:w="6983" w:type="dxa"/>
            <w:shd w:val="clear" w:color="auto" w:fill="F8F4EA"/>
            <w:tcMar>
              <w:top w:w="78" w:type="dxa"/>
              <w:left w:w="100" w:type="dxa"/>
              <w:bottom w:w="78" w:type="dxa"/>
              <w:right w:w="100" w:type="dxa"/>
            </w:tcMar>
          </w:tcPr>
          <w:p w14:paraId="59D758D4" w14:textId="77777777" w:rsidR="00575ABF" w:rsidRDefault="0052742C">
            <w:pPr>
              <w:spacing w:after="0" w:line="240" w:lineRule="auto"/>
            </w:pPr>
            <w:r>
              <w:rPr>
                <w:b/>
                <w:color w:val="14213D"/>
                <w:sz w:val="18"/>
              </w:rPr>
              <w:t xml:space="preserve">Attention: </w:t>
            </w:r>
            <w:r>
              <w:rPr>
                <w:color w:val="667080"/>
                <w:sz w:val="18"/>
              </w:rPr>
              <w:t>[Owner / Manager / Contact Name]</w:t>
            </w:r>
          </w:p>
        </w:tc>
        <w:tc>
          <w:tcPr>
            <w:tcW w:w="3384" w:type="dxa"/>
            <w:shd w:val="clear" w:color="auto" w:fill="F8F4EA"/>
            <w:tcMar>
              <w:top w:w="78" w:type="dxa"/>
              <w:left w:w="100" w:type="dxa"/>
              <w:bottom w:w="78" w:type="dxa"/>
              <w:right w:w="100" w:type="dxa"/>
            </w:tcMar>
          </w:tcPr>
          <w:p w14:paraId="357798E1" w14:textId="77777777" w:rsidR="00575ABF" w:rsidRDefault="0052742C">
            <w:pPr>
              <w:spacing w:after="0" w:line="240" w:lineRule="auto"/>
            </w:pPr>
            <w:r>
              <w:rPr>
                <w:b/>
                <w:color w:val="14213D"/>
                <w:sz w:val="18"/>
              </w:rPr>
              <w:t xml:space="preserve">From: </w:t>
            </w:r>
            <w:r>
              <w:rPr>
                <w:color w:val="667080"/>
                <w:sz w:val="18"/>
              </w:rPr>
              <w:t>Christian McHatton, Head Coach</w:t>
            </w:r>
          </w:p>
        </w:tc>
      </w:tr>
    </w:tbl>
    <w:p w14:paraId="10EBD8E0" w14:textId="77777777" w:rsidR="00575ABF" w:rsidRDefault="00575ABF">
      <w:pPr>
        <w:spacing w:after="0" w:line="132" w:lineRule="auto"/>
      </w:pPr>
    </w:p>
    <w:p w14:paraId="42EBBB5A" w14:textId="77777777" w:rsidR="00575ABF" w:rsidRDefault="0052742C">
      <w:pPr>
        <w:spacing w:after="100" w:line="257" w:lineRule="auto"/>
      </w:pPr>
      <w:r>
        <w:rPr>
          <w:color w:val="23262C"/>
          <w:sz w:val="21"/>
        </w:rPr>
        <w:t>Dear Community Partner,</w:t>
      </w:r>
    </w:p>
    <w:p w14:paraId="687F4B74" w14:textId="77777777" w:rsidR="00575ABF" w:rsidRDefault="0052742C">
      <w:pPr>
        <w:spacing w:after="100" w:line="257" w:lineRule="auto"/>
      </w:pPr>
      <w:r>
        <w:rPr>
          <w:color w:val="23262C"/>
        </w:rPr>
        <w:t xml:space="preserve">The </w:t>
      </w:r>
      <w:r>
        <w:rPr>
          <w:b/>
          <w:color w:val="14213D"/>
        </w:rPr>
        <w:t>Boro Bonedawgs</w:t>
      </w:r>
      <w:r>
        <w:rPr>
          <w:color w:val="23262C"/>
        </w:rPr>
        <w:t xml:space="preserve"> are proud to begin our inaugural season as a new 9U travel baseball program. Our mission is to provide young athletes with a positive, competitive environment where they can develop baseball skills while learning teamwork, sportsmanship, leadership, discipline, and the value of hard work.</w:t>
      </w:r>
    </w:p>
    <w:p w14:paraId="767E8039" w14:textId="77777777" w:rsidR="00575ABF" w:rsidRDefault="0052742C">
      <w:pPr>
        <w:spacing w:after="100" w:line="257" w:lineRule="auto"/>
      </w:pPr>
      <w:r>
        <w:rPr>
          <w:color w:val="23262C"/>
        </w:rPr>
        <w:t xml:space="preserve">To launch the program successfully, we are seeking </w:t>
      </w:r>
      <w:r>
        <w:rPr>
          <w:b/>
          <w:color w:val="671A27"/>
        </w:rPr>
        <w:t>Founding Sponsors</w:t>
      </w:r>
      <w:r>
        <w:rPr>
          <w:color w:val="23262C"/>
        </w:rPr>
        <w:t xml:space="preserve"> to help offset essential team expenses, including uniforms, equipment, training supplies, practice costs, league and tournament fees, and travel-related needs. Sponsorship support helps reduce the financial burden on families and allows our coaches to focus on creating a safe, structured, and rewarding experience for every player.</w:t>
      </w:r>
    </w:p>
    <w:p w14:paraId="6E09F7CD" w14:textId="77777777" w:rsidR="00575ABF" w:rsidRDefault="0052742C">
      <w:pPr>
        <w:spacing w:after="100" w:line="257" w:lineRule="auto"/>
      </w:pPr>
      <w:r>
        <w:rPr>
          <w:color w:val="23262C"/>
        </w:rPr>
        <w:t xml:space="preserve">We invite </w:t>
      </w:r>
      <w:r>
        <w:rPr>
          <w:b/>
          <w:color w:val="14213D"/>
        </w:rPr>
        <w:t>[Business Name]</w:t>
      </w:r>
      <w:r>
        <w:rPr>
          <w:color w:val="23262C"/>
        </w:rPr>
        <w:t xml:space="preserve"> to partner with us through a monetary sponsorship, an in-kind donation, or a donated service. Every level of support has a direct impact. In appreciation, Founding Sponsors may be recognized through team communications, fundraising materials, social media, and other mutually agreed-upon opportunities.</w:t>
      </w:r>
    </w:p>
    <w:p w14:paraId="0F745F4C" w14:textId="77777777" w:rsidR="00575ABF" w:rsidRDefault="0052742C">
      <w:pPr>
        <w:spacing w:after="100" w:line="257" w:lineRule="auto"/>
      </w:pPr>
      <w:r>
        <w:rPr>
          <w:color w:val="23262C"/>
        </w:rPr>
        <w:t>Your sponsorship is more than a contribution to a baseball team - it is an investment in local children and in a program designed to serve families for years to come. With the support of community partners like you, our players can compete, grow in confidence, build character, and make memories that last well beyond the season.</w:t>
      </w:r>
    </w:p>
    <w:tbl>
      <w:tblPr>
        <w:tblW w:w="0" w:type="auto"/>
        <w:jc w:val="center"/>
        <w:tblBorders>
          <w:top w:val="single" w:sz="8" w:space="0" w:color="B5212E"/>
          <w:left w:val="single" w:sz="8" w:space="0" w:color="B5212E"/>
          <w:bottom w:val="single" w:sz="8" w:space="0" w:color="B5212E"/>
          <w:right w:val="single" w:sz="8" w:space="0" w:color="B5212E"/>
          <w:insideH w:val="single" w:sz="8" w:space="0" w:color="B5212E"/>
          <w:insideV w:val="single" w:sz="8" w:space="0" w:color="B5212E"/>
        </w:tblBorders>
        <w:tblLayout w:type="fixed"/>
        <w:tblLook w:val="04A0" w:firstRow="1" w:lastRow="0" w:firstColumn="1" w:lastColumn="0" w:noHBand="0" w:noVBand="1"/>
      </w:tblPr>
      <w:tblGrid>
        <w:gridCol w:w="8063"/>
        <w:gridCol w:w="2304"/>
      </w:tblGrid>
      <w:tr w:rsidR="00575ABF" w14:paraId="384BE734" w14:textId="77777777">
        <w:trPr>
          <w:jc w:val="center"/>
        </w:trPr>
        <w:tc>
          <w:tcPr>
            <w:tcW w:w="8063" w:type="dxa"/>
            <w:shd w:val="clear" w:color="auto" w:fill="F8F4EA"/>
            <w:tcMar>
              <w:top w:w="108" w:type="dxa"/>
              <w:left w:w="125" w:type="dxa"/>
              <w:bottom w:w="98" w:type="dxa"/>
              <w:right w:w="95" w:type="dxa"/>
            </w:tcMar>
            <w:vAlign w:val="center"/>
          </w:tcPr>
          <w:p w14:paraId="7E78A8C4" w14:textId="77777777" w:rsidR="00575ABF" w:rsidRDefault="0052742C">
            <w:pPr>
              <w:spacing w:after="40" w:line="240" w:lineRule="auto"/>
            </w:pPr>
            <w:r>
              <w:rPr>
                <w:b/>
                <w:color w:val="B5212E"/>
                <w:sz w:val="21"/>
              </w:rPr>
              <w:t>BECOME A FOUNDING SPONSOR</w:t>
            </w:r>
          </w:p>
          <w:p w14:paraId="75EF7650" w14:textId="77777777" w:rsidR="00575ABF" w:rsidRDefault="0052742C">
            <w:pPr>
              <w:spacing w:after="0" w:line="240" w:lineRule="auto"/>
            </w:pPr>
            <w:r>
              <w:rPr>
                <w:color w:val="667080"/>
                <w:sz w:val="18"/>
              </w:rPr>
              <w:t>Scan the QR code or visit the fundraiser page:</w:t>
            </w:r>
          </w:p>
          <w:p w14:paraId="7E9AD8DD" w14:textId="77777777" w:rsidR="00575ABF" w:rsidRDefault="0052742C">
            <w:pPr>
              <w:spacing w:before="20" w:after="20" w:line="240" w:lineRule="auto"/>
            </w:pPr>
            <w:hyperlink r:id="rId9">
              <w:r>
                <w:rPr>
                  <w:rFonts w:cs="Liberation Serif"/>
                  <w:b/>
                  <w:color w:val="B5212E"/>
                  <w:sz w:val="18"/>
                  <w:szCs w:val="18"/>
                  <w:u w:val="single"/>
                </w:rPr>
                <w:t>https://app.99pledges.com/fund/bonedawgs</w:t>
              </w:r>
            </w:hyperlink>
          </w:p>
          <w:p w14:paraId="157E9597" w14:textId="77777777" w:rsidR="00575ABF" w:rsidRDefault="0052742C">
            <w:pPr>
              <w:spacing w:before="20" w:after="0" w:line="240" w:lineRule="auto"/>
            </w:pPr>
            <w:r>
              <w:rPr>
                <w:color w:val="667080"/>
                <w:sz w:val="17"/>
              </w:rPr>
              <w:t xml:space="preserve">For cash, checks, in-kind donations, or donated services, contact </w:t>
            </w:r>
            <w:r>
              <w:rPr>
                <w:b/>
                <w:color w:val="14213D"/>
                <w:sz w:val="17"/>
              </w:rPr>
              <w:t>Christian McHatton at (270) 929-9908.</w:t>
            </w:r>
          </w:p>
        </w:tc>
        <w:tc>
          <w:tcPr>
            <w:tcW w:w="2304" w:type="dxa"/>
            <w:shd w:val="clear" w:color="auto" w:fill="FFFFFF"/>
            <w:tcMar>
              <w:top w:w="80" w:type="dxa"/>
              <w:left w:w="80" w:type="dxa"/>
              <w:bottom w:w="80" w:type="dxa"/>
              <w:right w:w="80" w:type="dxa"/>
            </w:tcMar>
            <w:vAlign w:val="center"/>
          </w:tcPr>
          <w:p w14:paraId="343D8CB6" w14:textId="77777777" w:rsidR="00575ABF" w:rsidRDefault="0052742C">
            <w:pPr>
              <w:keepLines/>
              <w:spacing w:after="0" w:line="240" w:lineRule="auto"/>
              <w:jc w:val="center"/>
            </w:pPr>
            <w:r>
              <w:rPr>
                <w:noProof/>
              </w:rPr>
              <w:drawing>
                <wp:inline distT="0" distB="0" distL="0" distR="0" wp14:anchorId="56771DC3" wp14:editId="32BD978F">
                  <wp:extent cx="1152144" cy="11521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edawgs_fundraiser_qr_large.png"/>
                          <pic:cNvPicPr/>
                        </pic:nvPicPr>
                        <pic:blipFill>
                          <a:blip r:embed="rId10"/>
                          <a:stretch>
                            <a:fillRect/>
                          </a:stretch>
                        </pic:blipFill>
                        <pic:spPr>
                          <a:xfrm>
                            <a:off x="0" y="0"/>
                            <a:ext cx="1152144" cy="1152144"/>
                          </a:xfrm>
                          <a:prstGeom prst="rect">
                            <a:avLst/>
                          </a:prstGeom>
                        </pic:spPr>
                      </pic:pic>
                    </a:graphicData>
                  </a:graphic>
                </wp:inline>
              </w:drawing>
            </w:r>
          </w:p>
        </w:tc>
      </w:tr>
    </w:tbl>
    <w:p w14:paraId="52F17B80" w14:textId="77777777" w:rsidR="00575ABF" w:rsidRDefault="0052742C">
      <w:pPr>
        <w:spacing w:before="120" w:after="80" w:line="257" w:lineRule="auto"/>
      </w:pPr>
      <w:r>
        <w:rPr>
          <w:color w:val="23262C"/>
        </w:rPr>
        <w:t xml:space="preserve">We would be grateful for the opportunity to count </w:t>
      </w:r>
      <w:r>
        <w:rPr>
          <w:b/>
          <w:color w:val="14213D"/>
        </w:rPr>
        <w:t>[Business Name]</w:t>
      </w:r>
      <w:r>
        <w:rPr>
          <w:color w:val="23262C"/>
        </w:rPr>
        <w:t xml:space="preserve"> among the founding partners of the Boro Bonedawgs. Thank you for considering our request and for supporting youth athletics in our community.</w:t>
      </w:r>
    </w:p>
    <w:p w14:paraId="151BAD87" w14:textId="77777777" w:rsidR="00575ABF" w:rsidRDefault="0052742C">
      <w:pPr>
        <w:spacing w:before="40" w:after="0" w:line="240" w:lineRule="auto"/>
      </w:pPr>
      <w:r>
        <w:rPr>
          <w:color w:val="23262C"/>
        </w:rPr>
        <w:t>Sincerely,</w:t>
      </w:r>
    </w:p>
    <w:p w14:paraId="61DCC738" w14:textId="77777777" w:rsidR="00575ABF" w:rsidRDefault="0052742C">
      <w:pPr>
        <w:spacing w:before="40" w:after="0" w:line="240" w:lineRule="auto"/>
      </w:pPr>
      <w:r>
        <w:rPr>
          <w:b/>
          <w:color w:val="14213D"/>
          <w:sz w:val="21"/>
        </w:rPr>
        <w:t>Christian McHatton</w:t>
      </w:r>
    </w:p>
    <w:p w14:paraId="6DD38B81" w14:textId="77777777" w:rsidR="00575ABF" w:rsidRDefault="0052742C">
      <w:pPr>
        <w:spacing w:after="0" w:line="240" w:lineRule="auto"/>
      </w:pPr>
      <w:r>
        <w:rPr>
          <w:color w:val="667080"/>
          <w:sz w:val="18"/>
        </w:rPr>
        <w:t>Head Coach | Boro Bonedawgs 9U Travel Baseball</w:t>
      </w:r>
    </w:p>
    <w:p w14:paraId="679BBDBC" w14:textId="77777777" w:rsidR="00575ABF" w:rsidRDefault="0052742C">
      <w:pPr>
        <w:spacing w:after="0" w:line="240" w:lineRule="auto"/>
      </w:pPr>
      <w:r>
        <w:rPr>
          <w:b/>
          <w:color w:val="B5212E"/>
          <w:sz w:val="18"/>
        </w:rPr>
        <w:t>(270) 929-9908</w:t>
      </w:r>
    </w:p>
    <w:p w14:paraId="5CCAC876" w14:textId="77777777" w:rsidR="00575ABF" w:rsidRDefault="0052742C">
      <w:pPr>
        <w:spacing w:after="0" w:line="257" w:lineRule="auto"/>
      </w:pPr>
      <w:r>
        <w:br w:type="page"/>
      </w:r>
    </w:p>
    <w:tbl>
      <w:tblPr>
        <w:tblW w:w="10454" w:type="dxa"/>
        <w:jc w:val="center"/>
        <w:tblBorders>
          <w:top w:val="nil"/>
          <w:left w:val="nil"/>
          <w:bottom w:val="nil"/>
          <w:right w:val="nil"/>
          <w:insideH w:val="nil"/>
          <w:insideV w:val="nil"/>
        </w:tblBorders>
        <w:tblLayout w:type="fixed"/>
        <w:tblLook w:val="04A0" w:firstRow="1" w:lastRow="0" w:firstColumn="1" w:lastColumn="0" w:noHBand="0" w:noVBand="1"/>
      </w:tblPr>
      <w:tblGrid>
        <w:gridCol w:w="563"/>
        <w:gridCol w:w="912"/>
        <w:gridCol w:w="457"/>
        <w:gridCol w:w="1152"/>
        <w:gridCol w:w="617"/>
        <w:gridCol w:w="1405"/>
        <w:gridCol w:w="1260"/>
        <w:gridCol w:w="1230"/>
        <w:gridCol w:w="722"/>
        <w:gridCol w:w="1403"/>
        <w:gridCol w:w="733"/>
      </w:tblGrid>
      <w:tr w:rsidR="00575ABF" w14:paraId="216C22C9" w14:textId="77777777">
        <w:trPr>
          <w:gridAfter w:val="1"/>
          <w:wAfter w:w="216" w:type="dxa"/>
          <w:trHeight w:val="2995"/>
          <w:jc w:val="center"/>
        </w:trPr>
        <w:tc>
          <w:tcPr>
            <w:tcW w:w="6840" w:type="dxa"/>
            <w:gridSpan w:val="7"/>
            <w:shd w:val="clear" w:color="auto" w:fill="14213D"/>
            <w:tcMar>
              <w:top w:w="110" w:type="dxa"/>
              <w:left w:w="220" w:type="dxa"/>
              <w:bottom w:w="110" w:type="dxa"/>
              <w:right w:w="180" w:type="dxa"/>
            </w:tcMar>
            <w:vAlign w:val="center"/>
          </w:tcPr>
          <w:p w14:paraId="6A7937AC" w14:textId="77777777" w:rsidR="00575ABF" w:rsidRDefault="0052742C">
            <w:pPr>
              <w:spacing w:after="0" w:line="240" w:lineRule="auto"/>
            </w:pPr>
            <w:r>
              <w:rPr>
                <w:rFonts w:ascii="Arial" w:eastAsia="Arial" w:hAnsi="Arial" w:cs="Arial"/>
                <w:b/>
                <w:color w:val="FFFFFF"/>
                <w:sz w:val="42"/>
              </w:rPr>
              <w:lastRenderedPageBreak/>
              <w:t>BORO BONEDAWGS</w:t>
            </w:r>
          </w:p>
          <w:p w14:paraId="4759B566" w14:textId="77777777" w:rsidR="00575ABF" w:rsidRDefault="0052742C">
            <w:pPr>
              <w:spacing w:after="0" w:line="240" w:lineRule="auto"/>
            </w:pPr>
            <w:r>
              <w:rPr>
                <w:rFonts w:ascii="Arial" w:eastAsia="Arial" w:hAnsi="Arial" w:cs="Arial"/>
                <w:b/>
                <w:color w:val="E8ECF4"/>
                <w:sz w:val="23"/>
              </w:rPr>
              <w:t>9U TRAVEL BASEBALL</w:t>
            </w:r>
          </w:p>
          <w:p w14:paraId="5790E3D1" w14:textId="77777777" w:rsidR="00575ABF" w:rsidRDefault="0052742C">
            <w:pPr>
              <w:spacing w:before="10" w:after="0" w:line="240" w:lineRule="auto"/>
            </w:pPr>
            <w:r>
              <w:rPr>
                <w:rFonts w:ascii="Arial" w:eastAsia="Arial" w:hAnsi="Arial" w:cs="Arial"/>
                <w:b/>
                <w:color w:val="F0C8CE"/>
                <w:sz w:val="21"/>
              </w:rPr>
              <w:t>FOUNDING SPONSOR INFORMATION FORM</w:t>
            </w:r>
          </w:p>
        </w:tc>
        <w:tc>
          <w:tcPr>
            <w:tcW w:w="3614" w:type="dxa"/>
            <w:gridSpan w:val="3"/>
            <w:shd w:val="clear" w:color="auto" w:fill="FFFFFF"/>
            <w:tcMar>
              <w:top w:w="35" w:type="dxa"/>
              <w:left w:w="40" w:type="dxa"/>
              <w:bottom w:w="35" w:type="dxa"/>
              <w:right w:w="40" w:type="dxa"/>
            </w:tcMar>
            <w:vAlign w:val="center"/>
          </w:tcPr>
          <w:p w14:paraId="6C80B9FD" w14:textId="77777777" w:rsidR="00575ABF" w:rsidRDefault="0052742C">
            <w:pPr>
              <w:spacing w:after="0"/>
              <w:jc w:val="center"/>
            </w:pPr>
            <w:r>
              <w:rPr>
                <w:noProof/>
              </w:rPr>
              <w:drawing>
                <wp:inline distT="0" distB="0" distL="0" distR="0" wp14:anchorId="2E6C1AFF" wp14:editId="04547E82">
                  <wp:extent cx="1353312" cy="1783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edawgs_logo_cropped_final.png"/>
                          <pic:cNvPicPr/>
                        </pic:nvPicPr>
                        <pic:blipFill>
                          <a:blip r:embed="rId8"/>
                          <a:stretch>
                            <a:fillRect/>
                          </a:stretch>
                        </pic:blipFill>
                        <pic:spPr>
                          <a:xfrm>
                            <a:off x="0" y="0"/>
                            <a:ext cx="1353312" cy="1783255"/>
                          </a:xfrm>
                          <a:prstGeom prst="rect">
                            <a:avLst/>
                          </a:prstGeom>
                        </pic:spPr>
                      </pic:pic>
                    </a:graphicData>
                  </a:graphic>
                </wp:inline>
              </w:drawing>
            </w:r>
          </w:p>
        </w:tc>
      </w:tr>
      <w:tr w:rsidR="00575ABF" w14:paraId="0F0B7A17" w14:textId="77777777">
        <w:trPr>
          <w:trHeight w:hRule="exact" w:val="94"/>
          <w:jc w:val="center"/>
        </w:trPr>
        <w:tc>
          <w:tcPr>
            <w:tcW w:w="604" w:type="dxa"/>
            <w:shd w:val="clear" w:color="auto" w:fill="7A1F2B"/>
            <w:tcMar>
              <w:top w:w="0" w:type="dxa"/>
              <w:left w:w="0" w:type="dxa"/>
              <w:bottom w:w="0" w:type="dxa"/>
              <w:right w:w="0" w:type="dxa"/>
            </w:tcMar>
          </w:tcPr>
          <w:p w14:paraId="4C7F46DF" w14:textId="77777777" w:rsidR="00575ABF" w:rsidRDefault="00575ABF">
            <w:pPr>
              <w:spacing w:after="0" w:line="240" w:lineRule="auto"/>
            </w:pPr>
          </w:p>
        </w:tc>
        <w:tc>
          <w:tcPr>
            <w:tcW w:w="979" w:type="dxa"/>
            <w:shd w:val="clear" w:color="auto" w:fill="7A1F2B"/>
            <w:tcMar>
              <w:top w:w="0" w:type="dxa"/>
              <w:left w:w="0" w:type="dxa"/>
              <w:bottom w:w="0" w:type="dxa"/>
              <w:right w:w="0" w:type="dxa"/>
            </w:tcMar>
          </w:tcPr>
          <w:p w14:paraId="49CEA849" w14:textId="77777777" w:rsidR="00575ABF" w:rsidRDefault="00575ABF">
            <w:pPr>
              <w:spacing w:after="0" w:line="240" w:lineRule="auto"/>
            </w:pPr>
          </w:p>
        </w:tc>
        <w:tc>
          <w:tcPr>
            <w:tcW w:w="489" w:type="dxa"/>
            <w:shd w:val="clear" w:color="auto" w:fill="7A1F2B"/>
            <w:tcMar>
              <w:top w:w="0" w:type="dxa"/>
              <w:left w:w="0" w:type="dxa"/>
              <w:bottom w:w="0" w:type="dxa"/>
              <w:right w:w="0" w:type="dxa"/>
            </w:tcMar>
          </w:tcPr>
          <w:p w14:paraId="181AD91B" w14:textId="77777777" w:rsidR="00575ABF" w:rsidRDefault="00575ABF">
            <w:pPr>
              <w:spacing w:after="0" w:line="240" w:lineRule="auto"/>
            </w:pPr>
          </w:p>
        </w:tc>
        <w:tc>
          <w:tcPr>
            <w:tcW w:w="1238" w:type="dxa"/>
            <w:shd w:val="clear" w:color="auto" w:fill="7A1F2B"/>
            <w:tcMar>
              <w:top w:w="0" w:type="dxa"/>
              <w:left w:w="0" w:type="dxa"/>
              <w:bottom w:w="0" w:type="dxa"/>
              <w:right w:w="0" w:type="dxa"/>
            </w:tcMar>
          </w:tcPr>
          <w:p w14:paraId="59079974" w14:textId="77777777" w:rsidR="00575ABF" w:rsidRDefault="00575ABF">
            <w:pPr>
              <w:spacing w:after="0" w:line="240" w:lineRule="auto"/>
            </w:pPr>
          </w:p>
        </w:tc>
        <w:tc>
          <w:tcPr>
            <w:tcW w:w="662" w:type="dxa"/>
            <w:shd w:val="clear" w:color="auto" w:fill="7A1F2B"/>
            <w:tcMar>
              <w:top w:w="0" w:type="dxa"/>
              <w:left w:w="0" w:type="dxa"/>
              <w:bottom w:w="0" w:type="dxa"/>
              <w:right w:w="0" w:type="dxa"/>
            </w:tcMar>
          </w:tcPr>
          <w:p w14:paraId="1396DD45" w14:textId="77777777" w:rsidR="00575ABF" w:rsidRDefault="00575ABF">
            <w:pPr>
              <w:spacing w:after="0" w:line="240" w:lineRule="auto"/>
            </w:pPr>
          </w:p>
        </w:tc>
        <w:tc>
          <w:tcPr>
            <w:tcW w:w="1512" w:type="dxa"/>
            <w:shd w:val="clear" w:color="auto" w:fill="7A1F2B"/>
            <w:tcMar>
              <w:top w:w="0" w:type="dxa"/>
              <w:left w:w="0" w:type="dxa"/>
              <w:bottom w:w="0" w:type="dxa"/>
              <w:right w:w="0" w:type="dxa"/>
            </w:tcMar>
          </w:tcPr>
          <w:p w14:paraId="1DB369A6" w14:textId="77777777" w:rsidR="00575ABF" w:rsidRDefault="00575ABF">
            <w:pPr>
              <w:spacing w:after="0" w:line="240" w:lineRule="auto"/>
            </w:pPr>
          </w:p>
        </w:tc>
        <w:tc>
          <w:tcPr>
            <w:tcW w:w="475" w:type="dxa"/>
            <w:shd w:val="clear" w:color="auto" w:fill="7A1F2B"/>
            <w:tcMar>
              <w:top w:w="0" w:type="dxa"/>
              <w:left w:w="0" w:type="dxa"/>
              <w:bottom w:w="0" w:type="dxa"/>
              <w:right w:w="0" w:type="dxa"/>
            </w:tcMar>
          </w:tcPr>
          <w:p w14:paraId="06E8C705" w14:textId="77777777" w:rsidR="00575ABF" w:rsidRDefault="00575ABF">
            <w:pPr>
              <w:spacing w:after="0" w:line="240" w:lineRule="auto"/>
            </w:pPr>
          </w:p>
        </w:tc>
        <w:tc>
          <w:tcPr>
            <w:tcW w:w="1324" w:type="dxa"/>
            <w:shd w:val="clear" w:color="auto" w:fill="7A1F2B"/>
            <w:tcMar>
              <w:top w:w="0" w:type="dxa"/>
              <w:left w:w="0" w:type="dxa"/>
              <w:bottom w:w="0" w:type="dxa"/>
              <w:right w:w="0" w:type="dxa"/>
            </w:tcMar>
          </w:tcPr>
          <w:p w14:paraId="2B27C9C2" w14:textId="77777777" w:rsidR="00575ABF" w:rsidRDefault="00575ABF">
            <w:pPr>
              <w:spacing w:after="0" w:line="240" w:lineRule="auto"/>
            </w:pPr>
          </w:p>
        </w:tc>
        <w:tc>
          <w:tcPr>
            <w:tcW w:w="777" w:type="dxa"/>
            <w:shd w:val="clear" w:color="auto" w:fill="7A1F2B"/>
            <w:tcMar>
              <w:top w:w="0" w:type="dxa"/>
              <w:left w:w="0" w:type="dxa"/>
              <w:bottom w:w="0" w:type="dxa"/>
              <w:right w:w="0" w:type="dxa"/>
            </w:tcMar>
          </w:tcPr>
          <w:p w14:paraId="3073E122" w14:textId="77777777" w:rsidR="00575ABF" w:rsidRDefault="00575ABF">
            <w:pPr>
              <w:spacing w:after="0" w:line="240" w:lineRule="auto"/>
            </w:pPr>
          </w:p>
        </w:tc>
        <w:tc>
          <w:tcPr>
            <w:tcW w:w="2304" w:type="dxa"/>
            <w:gridSpan w:val="2"/>
            <w:shd w:val="clear" w:color="auto" w:fill="7A1F2B"/>
            <w:tcMar>
              <w:top w:w="0" w:type="dxa"/>
              <w:left w:w="0" w:type="dxa"/>
              <w:bottom w:w="0" w:type="dxa"/>
              <w:right w:w="0" w:type="dxa"/>
            </w:tcMar>
          </w:tcPr>
          <w:p w14:paraId="68909E08" w14:textId="77777777" w:rsidR="00575ABF" w:rsidRDefault="00575ABF">
            <w:pPr>
              <w:spacing w:after="0" w:line="240" w:lineRule="auto"/>
            </w:pPr>
          </w:p>
        </w:tc>
      </w:tr>
    </w:tbl>
    <w:p w14:paraId="46578E62" w14:textId="77777777" w:rsidR="00575ABF" w:rsidRDefault="00575ABF">
      <w:pPr>
        <w:spacing w:after="0" w:line="24" w:lineRule="auto"/>
      </w:pPr>
    </w:p>
    <w:p w14:paraId="27FE3120" w14:textId="77777777" w:rsidR="00575ABF" w:rsidRDefault="0052742C">
      <w:pPr>
        <w:keepNext/>
        <w:spacing w:before="40" w:after="60" w:line="240" w:lineRule="auto"/>
      </w:pPr>
      <w:r>
        <w:rPr>
          <w:b/>
          <w:color w:val="14213D"/>
          <w:sz w:val="28"/>
        </w:rPr>
        <w:t>BORO BONEDAWGS 9U FOUNDING SPONSOR FORM</w:t>
      </w:r>
    </w:p>
    <w:p w14:paraId="5DAF6533" w14:textId="77777777" w:rsidR="00575ABF" w:rsidRDefault="0052742C">
      <w:pPr>
        <w:spacing w:after="140" w:line="257" w:lineRule="auto"/>
      </w:pPr>
      <w:r>
        <w:rPr>
          <w:color w:val="23262C"/>
        </w:rPr>
        <w:t>Thank you for supporting our players. Please complete the information below so the team can coordinate your sponsorship and recognize your business accurately.</w:t>
      </w:r>
    </w:p>
    <w:tbl>
      <w:tblPr>
        <w:tblW w:w="0" w:type="auto"/>
        <w:jc w:val="center"/>
        <w:tblBorders>
          <w:top w:val="single" w:sz="5" w:space="0" w:color="C9CED8"/>
          <w:left w:val="single" w:sz="5" w:space="0" w:color="C9CED8"/>
          <w:bottom w:val="single" w:sz="5" w:space="0" w:color="C9CED8"/>
          <w:right w:val="single" w:sz="5" w:space="0" w:color="C9CED8"/>
          <w:insideH w:val="single" w:sz="5" w:space="0" w:color="C9CED8"/>
          <w:insideV w:val="single" w:sz="5" w:space="0" w:color="C9CED8"/>
        </w:tblBorders>
        <w:tblLayout w:type="fixed"/>
        <w:tblLook w:val="04A0" w:firstRow="1" w:lastRow="0" w:firstColumn="1" w:lastColumn="0" w:noHBand="0" w:noVBand="1"/>
      </w:tblPr>
      <w:tblGrid>
        <w:gridCol w:w="5184"/>
        <w:gridCol w:w="5184"/>
      </w:tblGrid>
      <w:tr w:rsidR="00575ABF" w14:paraId="66060EBB" w14:textId="77777777">
        <w:trPr>
          <w:trHeight w:val="535"/>
          <w:jc w:val="center"/>
        </w:trPr>
        <w:tc>
          <w:tcPr>
            <w:tcW w:w="5184" w:type="dxa"/>
            <w:shd w:val="clear" w:color="auto" w:fill="FFFFFF"/>
            <w:tcMar>
              <w:top w:w="100" w:type="dxa"/>
              <w:left w:w="110" w:type="dxa"/>
              <w:bottom w:w="90" w:type="dxa"/>
              <w:right w:w="110" w:type="dxa"/>
            </w:tcMar>
          </w:tcPr>
          <w:p w14:paraId="2CCA47CB" w14:textId="77777777" w:rsidR="00575ABF" w:rsidRDefault="0052742C">
            <w:pPr>
              <w:spacing w:after="0" w:line="240" w:lineRule="auto"/>
            </w:pPr>
            <w:r>
              <w:rPr>
                <w:b/>
                <w:color w:val="14213D"/>
                <w:sz w:val="18"/>
              </w:rPr>
              <w:t>Business / Organization Name</w:t>
            </w:r>
          </w:p>
          <w:p w14:paraId="673110A8" w14:textId="77777777" w:rsidR="00575ABF" w:rsidRDefault="0052742C">
            <w:pPr>
              <w:spacing w:before="40" w:after="0" w:line="240" w:lineRule="auto"/>
            </w:pPr>
            <w:r>
              <w:rPr>
                <w:color w:val="23262C"/>
                <w:sz w:val="18"/>
              </w:rPr>
              <w:t xml:space="preserve"> </w:t>
            </w:r>
          </w:p>
        </w:tc>
        <w:tc>
          <w:tcPr>
            <w:tcW w:w="5184" w:type="dxa"/>
            <w:shd w:val="clear" w:color="auto" w:fill="FFFFFF"/>
            <w:tcMar>
              <w:top w:w="100" w:type="dxa"/>
              <w:left w:w="110" w:type="dxa"/>
              <w:bottom w:w="90" w:type="dxa"/>
              <w:right w:w="110" w:type="dxa"/>
            </w:tcMar>
          </w:tcPr>
          <w:p w14:paraId="6058FC08" w14:textId="77777777" w:rsidR="00575ABF" w:rsidRDefault="0052742C">
            <w:pPr>
              <w:spacing w:after="0" w:line="240" w:lineRule="auto"/>
            </w:pPr>
            <w:r>
              <w:rPr>
                <w:b/>
                <w:color w:val="14213D"/>
                <w:sz w:val="18"/>
              </w:rPr>
              <w:t>Primary Contact Name</w:t>
            </w:r>
          </w:p>
          <w:p w14:paraId="50C9BA8A" w14:textId="77777777" w:rsidR="00575ABF" w:rsidRDefault="0052742C">
            <w:pPr>
              <w:spacing w:before="40" w:after="0" w:line="240" w:lineRule="auto"/>
            </w:pPr>
            <w:r>
              <w:rPr>
                <w:color w:val="23262C"/>
                <w:sz w:val="18"/>
              </w:rPr>
              <w:t xml:space="preserve"> </w:t>
            </w:r>
          </w:p>
        </w:tc>
      </w:tr>
      <w:tr w:rsidR="00575ABF" w14:paraId="4067A88F" w14:textId="77777777">
        <w:trPr>
          <w:trHeight w:val="535"/>
          <w:jc w:val="center"/>
        </w:trPr>
        <w:tc>
          <w:tcPr>
            <w:tcW w:w="5184" w:type="dxa"/>
            <w:shd w:val="clear" w:color="auto" w:fill="F8F4EA"/>
            <w:tcMar>
              <w:top w:w="100" w:type="dxa"/>
              <w:left w:w="110" w:type="dxa"/>
              <w:bottom w:w="90" w:type="dxa"/>
              <w:right w:w="110" w:type="dxa"/>
            </w:tcMar>
          </w:tcPr>
          <w:p w14:paraId="11700A88" w14:textId="77777777" w:rsidR="00575ABF" w:rsidRDefault="0052742C">
            <w:pPr>
              <w:spacing w:after="0" w:line="240" w:lineRule="auto"/>
            </w:pPr>
            <w:r>
              <w:rPr>
                <w:b/>
                <w:color w:val="14213D"/>
                <w:sz w:val="18"/>
              </w:rPr>
              <w:t>Mailing Address</w:t>
            </w:r>
          </w:p>
          <w:p w14:paraId="1250BAC8" w14:textId="77777777" w:rsidR="00575ABF" w:rsidRDefault="0052742C">
            <w:pPr>
              <w:spacing w:before="40" w:after="0" w:line="240" w:lineRule="auto"/>
            </w:pPr>
            <w:r>
              <w:rPr>
                <w:color w:val="23262C"/>
                <w:sz w:val="18"/>
              </w:rPr>
              <w:t xml:space="preserve"> </w:t>
            </w:r>
          </w:p>
        </w:tc>
        <w:tc>
          <w:tcPr>
            <w:tcW w:w="5184" w:type="dxa"/>
            <w:shd w:val="clear" w:color="auto" w:fill="F8F4EA"/>
            <w:tcMar>
              <w:top w:w="100" w:type="dxa"/>
              <w:left w:w="110" w:type="dxa"/>
              <w:bottom w:w="90" w:type="dxa"/>
              <w:right w:w="110" w:type="dxa"/>
            </w:tcMar>
          </w:tcPr>
          <w:p w14:paraId="3E1A470D" w14:textId="77777777" w:rsidR="00575ABF" w:rsidRDefault="0052742C">
            <w:pPr>
              <w:spacing w:after="0" w:line="240" w:lineRule="auto"/>
            </w:pPr>
            <w:r>
              <w:rPr>
                <w:b/>
                <w:color w:val="14213D"/>
                <w:sz w:val="18"/>
              </w:rPr>
              <w:t>City / State / ZIP</w:t>
            </w:r>
          </w:p>
          <w:p w14:paraId="112480A3" w14:textId="77777777" w:rsidR="00575ABF" w:rsidRDefault="0052742C">
            <w:pPr>
              <w:spacing w:before="40" w:after="0" w:line="240" w:lineRule="auto"/>
            </w:pPr>
            <w:r>
              <w:rPr>
                <w:color w:val="23262C"/>
                <w:sz w:val="18"/>
              </w:rPr>
              <w:t xml:space="preserve"> </w:t>
            </w:r>
          </w:p>
        </w:tc>
      </w:tr>
      <w:tr w:rsidR="00575ABF" w14:paraId="729005E9" w14:textId="77777777">
        <w:trPr>
          <w:trHeight w:val="535"/>
          <w:jc w:val="center"/>
        </w:trPr>
        <w:tc>
          <w:tcPr>
            <w:tcW w:w="5184" w:type="dxa"/>
            <w:shd w:val="clear" w:color="auto" w:fill="FFFFFF"/>
            <w:tcMar>
              <w:top w:w="100" w:type="dxa"/>
              <w:left w:w="110" w:type="dxa"/>
              <w:bottom w:w="90" w:type="dxa"/>
              <w:right w:w="110" w:type="dxa"/>
            </w:tcMar>
          </w:tcPr>
          <w:p w14:paraId="63BA4A64" w14:textId="77777777" w:rsidR="00575ABF" w:rsidRDefault="0052742C">
            <w:pPr>
              <w:spacing w:after="0" w:line="240" w:lineRule="auto"/>
            </w:pPr>
            <w:r>
              <w:rPr>
                <w:b/>
                <w:color w:val="14213D"/>
                <w:sz w:val="18"/>
              </w:rPr>
              <w:t>Phone Number</w:t>
            </w:r>
          </w:p>
          <w:p w14:paraId="7CC4D35D" w14:textId="77777777" w:rsidR="00575ABF" w:rsidRDefault="0052742C">
            <w:pPr>
              <w:spacing w:before="40" w:after="0" w:line="240" w:lineRule="auto"/>
            </w:pPr>
            <w:r>
              <w:rPr>
                <w:color w:val="23262C"/>
                <w:sz w:val="18"/>
              </w:rPr>
              <w:t xml:space="preserve"> </w:t>
            </w:r>
          </w:p>
        </w:tc>
        <w:tc>
          <w:tcPr>
            <w:tcW w:w="5184" w:type="dxa"/>
            <w:shd w:val="clear" w:color="auto" w:fill="FFFFFF"/>
            <w:tcMar>
              <w:top w:w="100" w:type="dxa"/>
              <w:left w:w="110" w:type="dxa"/>
              <w:bottom w:w="90" w:type="dxa"/>
              <w:right w:w="110" w:type="dxa"/>
            </w:tcMar>
          </w:tcPr>
          <w:p w14:paraId="25ED8C59" w14:textId="77777777" w:rsidR="00575ABF" w:rsidRDefault="0052742C">
            <w:pPr>
              <w:spacing w:after="0" w:line="240" w:lineRule="auto"/>
            </w:pPr>
            <w:r>
              <w:rPr>
                <w:b/>
                <w:color w:val="14213D"/>
                <w:sz w:val="18"/>
              </w:rPr>
              <w:t>Email Address</w:t>
            </w:r>
          </w:p>
          <w:p w14:paraId="252E0C06" w14:textId="77777777" w:rsidR="00575ABF" w:rsidRDefault="0052742C">
            <w:pPr>
              <w:spacing w:before="40" w:after="0" w:line="240" w:lineRule="auto"/>
            </w:pPr>
            <w:r>
              <w:rPr>
                <w:color w:val="23262C"/>
                <w:sz w:val="18"/>
              </w:rPr>
              <w:t xml:space="preserve"> </w:t>
            </w:r>
          </w:p>
        </w:tc>
      </w:tr>
      <w:tr w:rsidR="00575ABF" w14:paraId="2734C870" w14:textId="77777777">
        <w:trPr>
          <w:trHeight w:val="535"/>
          <w:jc w:val="center"/>
        </w:trPr>
        <w:tc>
          <w:tcPr>
            <w:tcW w:w="5184" w:type="dxa"/>
            <w:shd w:val="clear" w:color="auto" w:fill="F8F4EA"/>
            <w:tcMar>
              <w:top w:w="100" w:type="dxa"/>
              <w:left w:w="110" w:type="dxa"/>
              <w:bottom w:w="90" w:type="dxa"/>
              <w:right w:w="110" w:type="dxa"/>
            </w:tcMar>
          </w:tcPr>
          <w:p w14:paraId="1A3FC3A4" w14:textId="77777777" w:rsidR="00575ABF" w:rsidRDefault="0052742C">
            <w:pPr>
              <w:spacing w:after="0" w:line="240" w:lineRule="auto"/>
            </w:pPr>
            <w:r>
              <w:rPr>
                <w:b/>
                <w:color w:val="14213D"/>
                <w:sz w:val="18"/>
              </w:rPr>
              <w:t>Business Name for Recognition</w:t>
            </w:r>
          </w:p>
          <w:p w14:paraId="1B413822" w14:textId="77777777" w:rsidR="00575ABF" w:rsidRDefault="0052742C">
            <w:pPr>
              <w:spacing w:before="40" w:after="0" w:line="240" w:lineRule="auto"/>
            </w:pPr>
            <w:r>
              <w:rPr>
                <w:color w:val="23262C"/>
                <w:sz w:val="18"/>
              </w:rPr>
              <w:t xml:space="preserve"> </w:t>
            </w:r>
          </w:p>
        </w:tc>
        <w:tc>
          <w:tcPr>
            <w:tcW w:w="5184" w:type="dxa"/>
            <w:shd w:val="clear" w:color="auto" w:fill="F8F4EA"/>
            <w:tcMar>
              <w:top w:w="100" w:type="dxa"/>
              <w:left w:w="110" w:type="dxa"/>
              <w:bottom w:w="90" w:type="dxa"/>
              <w:right w:w="110" w:type="dxa"/>
            </w:tcMar>
          </w:tcPr>
          <w:p w14:paraId="301323C1" w14:textId="77777777" w:rsidR="00575ABF" w:rsidRDefault="0052742C">
            <w:pPr>
              <w:spacing w:after="0" w:line="240" w:lineRule="auto"/>
            </w:pPr>
            <w:r>
              <w:rPr>
                <w:b/>
                <w:color w:val="14213D"/>
                <w:sz w:val="18"/>
              </w:rPr>
              <w:t>Website / Social Media Handle</w:t>
            </w:r>
          </w:p>
          <w:p w14:paraId="694F6DD1" w14:textId="77777777" w:rsidR="00575ABF" w:rsidRDefault="0052742C">
            <w:pPr>
              <w:spacing w:before="40" w:after="0" w:line="240" w:lineRule="auto"/>
            </w:pPr>
            <w:r>
              <w:rPr>
                <w:color w:val="23262C"/>
                <w:sz w:val="18"/>
              </w:rPr>
              <w:t xml:space="preserve"> </w:t>
            </w:r>
          </w:p>
        </w:tc>
      </w:tr>
      <w:tr w:rsidR="00575ABF" w14:paraId="4680DCE0" w14:textId="77777777">
        <w:trPr>
          <w:trHeight w:val="535"/>
          <w:jc w:val="center"/>
        </w:trPr>
        <w:tc>
          <w:tcPr>
            <w:tcW w:w="5184" w:type="dxa"/>
            <w:shd w:val="clear" w:color="auto" w:fill="FFFFFF"/>
            <w:tcMar>
              <w:top w:w="100" w:type="dxa"/>
              <w:left w:w="110" w:type="dxa"/>
              <w:bottom w:w="90" w:type="dxa"/>
              <w:right w:w="110" w:type="dxa"/>
            </w:tcMar>
          </w:tcPr>
          <w:p w14:paraId="2EFA3E8A" w14:textId="77777777" w:rsidR="00575ABF" w:rsidRDefault="0052742C">
            <w:pPr>
              <w:spacing w:after="0" w:line="240" w:lineRule="auto"/>
            </w:pPr>
            <w:r>
              <w:rPr>
                <w:b/>
                <w:color w:val="14213D"/>
                <w:sz w:val="18"/>
              </w:rPr>
              <w:t>Authorized Signature</w:t>
            </w:r>
          </w:p>
          <w:p w14:paraId="513E0368" w14:textId="77777777" w:rsidR="00575ABF" w:rsidRDefault="0052742C">
            <w:pPr>
              <w:spacing w:before="40" w:after="0" w:line="240" w:lineRule="auto"/>
            </w:pPr>
            <w:r>
              <w:rPr>
                <w:color w:val="23262C"/>
                <w:sz w:val="18"/>
              </w:rPr>
              <w:t xml:space="preserve"> </w:t>
            </w:r>
          </w:p>
        </w:tc>
        <w:tc>
          <w:tcPr>
            <w:tcW w:w="5184" w:type="dxa"/>
            <w:shd w:val="clear" w:color="auto" w:fill="FFFFFF"/>
            <w:tcMar>
              <w:top w:w="100" w:type="dxa"/>
              <w:left w:w="110" w:type="dxa"/>
              <w:bottom w:w="90" w:type="dxa"/>
              <w:right w:w="110" w:type="dxa"/>
            </w:tcMar>
          </w:tcPr>
          <w:p w14:paraId="53158D5D" w14:textId="77777777" w:rsidR="00575ABF" w:rsidRDefault="0052742C">
            <w:pPr>
              <w:spacing w:after="0" w:line="240" w:lineRule="auto"/>
            </w:pPr>
            <w:r>
              <w:rPr>
                <w:b/>
                <w:color w:val="14213D"/>
                <w:sz w:val="18"/>
              </w:rPr>
              <w:t>Date</w:t>
            </w:r>
          </w:p>
          <w:p w14:paraId="7CDD07CA" w14:textId="77777777" w:rsidR="00575ABF" w:rsidRDefault="0052742C">
            <w:pPr>
              <w:spacing w:before="40" w:after="0" w:line="240" w:lineRule="auto"/>
            </w:pPr>
            <w:r>
              <w:rPr>
                <w:color w:val="23262C"/>
                <w:sz w:val="18"/>
              </w:rPr>
              <w:t xml:space="preserve"> </w:t>
            </w:r>
          </w:p>
        </w:tc>
      </w:tr>
    </w:tbl>
    <w:p w14:paraId="58A64707" w14:textId="77777777" w:rsidR="00575ABF" w:rsidRDefault="0052742C">
      <w:pPr>
        <w:keepNext/>
        <w:spacing w:before="140" w:after="60" w:line="257" w:lineRule="auto"/>
      </w:pPr>
      <w:r>
        <w:rPr>
          <w:b/>
          <w:color w:val="B5212E"/>
          <w:sz w:val="22"/>
        </w:rPr>
        <w:t>SPONSORSHIP TYPE</w:t>
      </w:r>
    </w:p>
    <w:tbl>
      <w:tblPr>
        <w:tblW w:w="0" w:type="auto"/>
        <w:jc w:val="center"/>
        <w:tblBorders>
          <w:top w:val="single" w:sz="5" w:space="0" w:color="C9CED8"/>
          <w:left w:val="single" w:sz="5" w:space="0" w:color="C9CED8"/>
          <w:bottom w:val="single" w:sz="5" w:space="0" w:color="C9CED8"/>
          <w:right w:val="single" w:sz="5" w:space="0" w:color="C9CED8"/>
          <w:insideH w:val="single" w:sz="5" w:space="0" w:color="C9CED8"/>
          <w:insideV w:val="single" w:sz="5" w:space="0" w:color="C9CED8"/>
        </w:tblBorders>
        <w:tblLayout w:type="fixed"/>
        <w:tblLook w:val="04A0" w:firstRow="1" w:lastRow="0" w:firstColumn="1" w:lastColumn="0" w:noHBand="0" w:noVBand="1"/>
      </w:tblPr>
      <w:tblGrid>
        <w:gridCol w:w="10368"/>
      </w:tblGrid>
      <w:tr w:rsidR="00575ABF" w14:paraId="587249AC" w14:textId="77777777">
        <w:trPr>
          <w:jc w:val="center"/>
        </w:trPr>
        <w:tc>
          <w:tcPr>
            <w:tcW w:w="10368" w:type="dxa"/>
            <w:shd w:val="clear" w:color="auto" w:fill="F6ECEE"/>
            <w:tcMar>
              <w:top w:w="70" w:type="dxa"/>
              <w:left w:w="105" w:type="dxa"/>
              <w:bottom w:w="70" w:type="dxa"/>
              <w:right w:w="105" w:type="dxa"/>
            </w:tcMar>
          </w:tcPr>
          <w:p w14:paraId="7DFFC695" w14:textId="77777777" w:rsidR="00575ABF" w:rsidRDefault="0052742C">
            <w:pPr>
              <w:spacing w:after="0" w:line="240" w:lineRule="auto"/>
            </w:pPr>
            <w:r>
              <w:rPr>
                <w:color w:val="23262C"/>
                <w:sz w:val="19"/>
              </w:rPr>
              <w:t>☐</w:t>
            </w:r>
            <w:r>
              <w:rPr>
                <w:color w:val="23262C"/>
                <w:sz w:val="19"/>
              </w:rPr>
              <w:t xml:space="preserve"> Monetary Sponsorship     Amount: $____________________________</w:t>
            </w:r>
          </w:p>
        </w:tc>
      </w:tr>
      <w:tr w:rsidR="00575ABF" w14:paraId="7FE5CBC4" w14:textId="77777777">
        <w:trPr>
          <w:jc w:val="center"/>
        </w:trPr>
        <w:tc>
          <w:tcPr>
            <w:tcW w:w="10368" w:type="dxa"/>
            <w:shd w:val="clear" w:color="auto" w:fill="FFFFFF"/>
            <w:tcMar>
              <w:top w:w="70" w:type="dxa"/>
              <w:left w:w="105" w:type="dxa"/>
              <w:bottom w:w="70" w:type="dxa"/>
              <w:right w:w="105" w:type="dxa"/>
            </w:tcMar>
          </w:tcPr>
          <w:p w14:paraId="33813BF4" w14:textId="77777777" w:rsidR="00575ABF" w:rsidRDefault="0052742C">
            <w:pPr>
              <w:spacing w:after="0" w:line="240" w:lineRule="auto"/>
            </w:pPr>
            <w:r>
              <w:rPr>
                <w:color w:val="23262C"/>
                <w:sz w:val="19"/>
              </w:rPr>
              <w:t>☐</w:t>
            </w:r>
            <w:r>
              <w:rPr>
                <w:color w:val="23262C"/>
                <w:sz w:val="19"/>
              </w:rPr>
              <w:t xml:space="preserve"> In-Kind Donation (goods, materials, printing, equipment, etc.)</w:t>
            </w:r>
          </w:p>
        </w:tc>
      </w:tr>
      <w:tr w:rsidR="00575ABF" w14:paraId="484B6B88" w14:textId="77777777">
        <w:trPr>
          <w:jc w:val="center"/>
        </w:trPr>
        <w:tc>
          <w:tcPr>
            <w:tcW w:w="10368" w:type="dxa"/>
            <w:shd w:val="clear" w:color="auto" w:fill="F6ECEE"/>
            <w:tcMar>
              <w:top w:w="70" w:type="dxa"/>
              <w:left w:w="105" w:type="dxa"/>
              <w:bottom w:w="70" w:type="dxa"/>
              <w:right w:w="105" w:type="dxa"/>
            </w:tcMar>
          </w:tcPr>
          <w:p w14:paraId="2DC70D06" w14:textId="77777777" w:rsidR="00575ABF" w:rsidRDefault="0052742C">
            <w:pPr>
              <w:spacing w:after="0" w:line="240" w:lineRule="auto"/>
            </w:pPr>
            <w:r>
              <w:rPr>
                <w:color w:val="23262C"/>
                <w:sz w:val="19"/>
              </w:rPr>
              <w:t>☐</w:t>
            </w:r>
            <w:r>
              <w:rPr>
                <w:color w:val="23262C"/>
                <w:sz w:val="19"/>
              </w:rPr>
              <w:t xml:space="preserve"> Donated Service (facility use, professional service, advertising, etc.)</w:t>
            </w:r>
          </w:p>
        </w:tc>
      </w:tr>
      <w:tr w:rsidR="00575ABF" w14:paraId="2BA7CE7B" w14:textId="77777777">
        <w:trPr>
          <w:jc w:val="center"/>
        </w:trPr>
        <w:tc>
          <w:tcPr>
            <w:tcW w:w="10368" w:type="dxa"/>
            <w:shd w:val="clear" w:color="auto" w:fill="FFFFFF"/>
            <w:tcMar>
              <w:top w:w="70" w:type="dxa"/>
              <w:left w:w="105" w:type="dxa"/>
              <w:bottom w:w="70" w:type="dxa"/>
              <w:right w:w="105" w:type="dxa"/>
            </w:tcMar>
          </w:tcPr>
          <w:p w14:paraId="10691DC5" w14:textId="77777777" w:rsidR="00575ABF" w:rsidRDefault="0052742C">
            <w:pPr>
              <w:spacing w:after="0" w:line="240" w:lineRule="auto"/>
            </w:pPr>
            <w:r>
              <w:rPr>
                <w:color w:val="23262C"/>
                <w:sz w:val="19"/>
              </w:rPr>
              <w:t>☐</w:t>
            </w:r>
            <w:r>
              <w:rPr>
                <w:color w:val="23262C"/>
                <w:sz w:val="19"/>
              </w:rPr>
              <w:t xml:space="preserve"> Other Support: ____________________________________________________________</w:t>
            </w:r>
          </w:p>
        </w:tc>
      </w:tr>
    </w:tbl>
    <w:p w14:paraId="5FA91C33" w14:textId="77777777" w:rsidR="00575ABF" w:rsidRDefault="0052742C">
      <w:pPr>
        <w:keepNext/>
        <w:spacing w:before="120" w:after="40" w:line="257" w:lineRule="auto"/>
      </w:pPr>
      <w:r>
        <w:rPr>
          <w:b/>
          <w:color w:val="B5212E"/>
        </w:rPr>
        <w:t>RECOGNITION PREFERENCE</w:t>
      </w:r>
    </w:p>
    <w:p w14:paraId="75ABB05C" w14:textId="77777777" w:rsidR="00575ABF" w:rsidRDefault="0052742C">
      <w:pPr>
        <w:spacing w:after="80" w:line="240" w:lineRule="auto"/>
      </w:pPr>
      <w:r>
        <w:rPr>
          <w:color w:val="23262C"/>
          <w:sz w:val="18"/>
        </w:rPr>
        <w:t>☐</w:t>
      </w:r>
      <w:r>
        <w:rPr>
          <w:color w:val="23262C"/>
          <w:sz w:val="18"/>
        </w:rPr>
        <w:t xml:space="preserve"> Use the business name listed above     ☐ Remain anonymous     ☐ Other: __________________________</w:t>
      </w:r>
    </w:p>
    <w:p w14:paraId="56999F79" w14:textId="77777777" w:rsidR="00575ABF" w:rsidRDefault="0052742C">
      <w:pPr>
        <w:keepNext/>
        <w:spacing w:before="40" w:after="40" w:line="257" w:lineRule="auto"/>
      </w:pPr>
      <w:r>
        <w:rPr>
          <w:b/>
          <w:color w:val="14213D"/>
          <w:sz w:val="19"/>
        </w:rPr>
        <w:t>Description of donation, service, or special instructions:</w:t>
      </w:r>
    </w:p>
    <w:p w14:paraId="5E87CE14" w14:textId="77777777" w:rsidR="00575ABF" w:rsidRDefault="0052742C">
      <w:pPr>
        <w:spacing w:after="20" w:line="240" w:lineRule="auto"/>
      </w:pPr>
      <w:r>
        <w:rPr>
          <w:color w:val="667080"/>
          <w:sz w:val="18"/>
        </w:rPr>
        <w:t>________________________________________________________________________________________</w:t>
      </w:r>
    </w:p>
    <w:p w14:paraId="1AF9CF67" w14:textId="77777777" w:rsidR="00575ABF" w:rsidRDefault="0052742C">
      <w:pPr>
        <w:spacing w:after="20" w:line="240" w:lineRule="auto"/>
      </w:pPr>
      <w:r>
        <w:rPr>
          <w:color w:val="667080"/>
          <w:sz w:val="18"/>
        </w:rPr>
        <w:t>________________________________________________________________________________________</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992"/>
        <w:gridCol w:w="2376"/>
      </w:tblGrid>
      <w:tr w:rsidR="00575ABF" w14:paraId="769F89AC" w14:textId="77777777">
        <w:trPr>
          <w:jc w:val="center"/>
        </w:trPr>
        <w:tc>
          <w:tcPr>
            <w:tcW w:w="7992" w:type="dxa"/>
            <w:shd w:val="clear" w:color="auto" w:fill="671A27"/>
            <w:tcMar>
              <w:top w:w="110" w:type="dxa"/>
              <w:left w:w="120" w:type="dxa"/>
              <w:bottom w:w="100" w:type="dxa"/>
              <w:right w:w="90" w:type="dxa"/>
            </w:tcMar>
            <w:vAlign w:val="center"/>
          </w:tcPr>
          <w:p w14:paraId="7C9658BD" w14:textId="77777777" w:rsidR="00575ABF" w:rsidRDefault="0052742C">
            <w:pPr>
              <w:spacing w:after="40" w:line="240" w:lineRule="auto"/>
            </w:pPr>
            <w:r>
              <w:rPr>
                <w:b/>
                <w:color w:val="FFFFFF"/>
                <w:sz w:val="21"/>
              </w:rPr>
              <w:t>SUBMIT YOUR SPONSORSHIP ONLINE</w:t>
            </w:r>
          </w:p>
          <w:p w14:paraId="2ED73EF3" w14:textId="77777777" w:rsidR="00575ABF" w:rsidRDefault="0052742C">
            <w:pPr>
              <w:spacing w:after="40" w:line="240" w:lineRule="auto"/>
            </w:pPr>
            <w:r>
              <w:rPr>
                <w:color w:val="E3E7EF"/>
                <w:sz w:val="17"/>
              </w:rPr>
              <w:t>Scan the QR code or use the fundraiser link. For cash, checks, in-kind donations, or donated services, contact Christian McHatton at (270) 929-9908.</w:t>
            </w:r>
          </w:p>
          <w:p w14:paraId="1296C686" w14:textId="77777777" w:rsidR="00575ABF" w:rsidRDefault="0052742C">
            <w:pPr>
              <w:spacing w:after="0" w:line="240" w:lineRule="auto"/>
            </w:pPr>
            <w:hyperlink r:id="rId11">
              <w:r>
                <w:rPr>
                  <w:rFonts w:cs="Liberation Serif"/>
                  <w:b/>
                  <w:color w:val="F5D3D8"/>
                  <w:sz w:val="17"/>
                  <w:szCs w:val="17"/>
                  <w:u w:val="single"/>
                </w:rPr>
                <w:t>https://app.99pledges.com/fund/bonedawgs</w:t>
              </w:r>
            </w:hyperlink>
          </w:p>
        </w:tc>
        <w:tc>
          <w:tcPr>
            <w:tcW w:w="2376" w:type="dxa"/>
            <w:shd w:val="clear" w:color="auto" w:fill="14213D"/>
            <w:tcMar>
              <w:top w:w="80" w:type="dxa"/>
              <w:left w:w="80" w:type="dxa"/>
              <w:bottom w:w="80" w:type="dxa"/>
              <w:right w:w="80" w:type="dxa"/>
            </w:tcMar>
            <w:vAlign w:val="center"/>
          </w:tcPr>
          <w:p w14:paraId="3D4AB8C7" w14:textId="77777777" w:rsidR="00575ABF" w:rsidRDefault="0052742C">
            <w:pPr>
              <w:keepLines/>
              <w:spacing w:after="0" w:line="240" w:lineRule="auto"/>
              <w:jc w:val="center"/>
            </w:pPr>
            <w:r>
              <w:rPr>
                <w:noProof/>
              </w:rPr>
              <w:drawing>
                <wp:inline distT="0" distB="0" distL="0" distR="0" wp14:anchorId="3885FAD9" wp14:editId="06F52476">
                  <wp:extent cx="1170432" cy="11704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edawgs_fundraiser_qr_large.png"/>
                          <pic:cNvPicPr/>
                        </pic:nvPicPr>
                        <pic:blipFill>
                          <a:blip r:embed="rId10"/>
                          <a:stretch>
                            <a:fillRect/>
                          </a:stretch>
                        </pic:blipFill>
                        <pic:spPr>
                          <a:xfrm>
                            <a:off x="0" y="0"/>
                            <a:ext cx="1170432" cy="1170432"/>
                          </a:xfrm>
                          <a:prstGeom prst="rect">
                            <a:avLst/>
                          </a:prstGeom>
                        </pic:spPr>
                      </pic:pic>
                    </a:graphicData>
                  </a:graphic>
                </wp:inline>
              </w:drawing>
            </w:r>
          </w:p>
        </w:tc>
      </w:tr>
    </w:tbl>
    <w:p w14:paraId="61719474" w14:textId="77777777" w:rsidR="00575ABF" w:rsidRDefault="0052742C">
      <w:pPr>
        <w:spacing w:before="100" w:after="0" w:line="257" w:lineRule="auto"/>
        <w:jc w:val="center"/>
      </w:pPr>
      <w:r>
        <w:rPr>
          <w:b/>
          <w:color w:val="14213D"/>
          <w:sz w:val="19"/>
        </w:rPr>
        <w:t>Thank you for helping the Boro Bonedawgs build something special for our players and community.</w:t>
      </w:r>
    </w:p>
    <w:sectPr w:rsidR="00575ABF" w:rsidSect="00034616">
      <w:footerReference w:type="default" r:id="rId12"/>
      <w:pgSz w:w="12240" w:h="15840"/>
      <w:pgMar w:top="662" w:right="893" w:bottom="691" w:left="893"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2530A" w14:textId="77777777" w:rsidR="0052742C" w:rsidRDefault="0052742C">
      <w:pPr>
        <w:spacing w:after="0" w:line="240" w:lineRule="auto"/>
      </w:pPr>
      <w:r>
        <w:separator/>
      </w:r>
    </w:p>
  </w:endnote>
  <w:endnote w:type="continuationSeparator" w:id="0">
    <w:p w14:paraId="30B8705C" w14:textId="77777777" w:rsidR="0052742C" w:rsidRDefault="00527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D975" w14:textId="77777777" w:rsidR="00575ABF" w:rsidRDefault="0052742C">
    <w:pPr>
      <w:pStyle w:val="Footer"/>
      <w:jc w:val="center"/>
    </w:pPr>
    <w:r>
      <w:rPr>
        <w:b/>
        <w:color w:val="14213D"/>
        <w:sz w:val="15"/>
      </w:rPr>
      <w:t>BORO BONEDAWGS 9U   |   COMMUNITY • TEAMWORK •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F85A" w14:textId="77777777" w:rsidR="0052742C" w:rsidRDefault="0052742C">
      <w:pPr>
        <w:spacing w:after="0" w:line="240" w:lineRule="auto"/>
      </w:pPr>
      <w:r>
        <w:separator/>
      </w:r>
    </w:p>
  </w:footnote>
  <w:footnote w:type="continuationSeparator" w:id="0">
    <w:p w14:paraId="6628D448" w14:textId="77777777" w:rsidR="0052742C" w:rsidRDefault="005274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992316">
    <w:abstractNumId w:val="8"/>
  </w:num>
  <w:num w:numId="2" w16cid:durableId="1488739672">
    <w:abstractNumId w:val="6"/>
  </w:num>
  <w:num w:numId="3" w16cid:durableId="1017926049">
    <w:abstractNumId w:val="5"/>
  </w:num>
  <w:num w:numId="4" w16cid:durableId="333143874">
    <w:abstractNumId w:val="4"/>
  </w:num>
  <w:num w:numId="5" w16cid:durableId="1934388555">
    <w:abstractNumId w:val="7"/>
  </w:num>
  <w:num w:numId="6" w16cid:durableId="750086428">
    <w:abstractNumId w:val="3"/>
  </w:num>
  <w:num w:numId="7" w16cid:durableId="2116553996">
    <w:abstractNumId w:val="2"/>
  </w:num>
  <w:num w:numId="8" w16cid:durableId="504444712">
    <w:abstractNumId w:val="1"/>
  </w:num>
  <w:num w:numId="9" w16cid:durableId="355617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742C"/>
    <w:rsid w:val="00575ABF"/>
    <w:rsid w:val="009A1F7F"/>
    <w:rsid w:val="00AA1D8D"/>
    <w:rsid w:val="00B47730"/>
    <w:rsid w:val="00CB0664"/>
    <w:rsid w:val="00F13F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1385CB"/>
  <w14:defaultImageDpi w14:val="300"/>
  <w15:docId w15:val="{6CDEC8E2-FA97-4288-9200-D27CDDF3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Liberation Serif" w:eastAsia="Liberation Serif" w:hAnsi="Liberation Seri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99pledges.com/fund/bonedawgs"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app.99pledges.com/fund/bonedawg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3322</Characters>
  <Application>Microsoft Office Word</Application>
  <DocSecurity>0</DocSecurity>
  <Lines>110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 Bonedawgs 9U Founding Sponsorship Request</dc:title>
  <dc:subject>Uniform-colorway business sponsorship request and founding sponsor form</dc:subject>
  <dc:creator>Boro Bonedawgs 9U Travel Baseball</dc:creator>
  <cp:keywords>Boro Bonedawgs, 9U, travel baseball, sponsorship, founding sponsor</cp:keywords>
  <dc:description>generated by python-docx</dc:description>
  <cp:lastModifiedBy>Zakary Pedley</cp:lastModifiedBy>
  <cp:revision>2</cp:revision>
  <dcterms:created xsi:type="dcterms:W3CDTF">2026-07-22T15:52:00Z</dcterms:created>
  <dcterms:modified xsi:type="dcterms:W3CDTF">2026-07-22T15:52:00Z</dcterms:modified>
  <cp:category/>
</cp:coreProperties>
</file>